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/>
          <w:b/>
          <w:sz w:val="22"/>
        </w:rPr>
        <w:t>Памятка для студии</w:t>
      </w:r>
    </w:p>
    <w:p>
      <w:pPr>
        <w:spacing w:after="240"/>
        <w:jc w:val="center"/>
      </w:pPr>
      <w:r>
        <w:rPr>
          <w:rFonts w:ascii="Times New Roman" w:hAnsi="Times New Roman"/>
          <w:b w:val="0"/>
          <w:sz w:val="18"/>
        </w:rPr>
        <w:t>Эту страницу родителю не отдают и не подписывают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1. Заполните жёлтые поля на обоих листах: реквизиты студии, адреса страниц, где будут публиковаться фото и видео, адрес для отзыва согласия и срок действия. Адреса страниц нужны точные (например https://vk.ru/имя_группы): общей формулировки «в социальных сетях» закон не допускает.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2. Распечатайте оба листа. Это два разных согласия, каждое подписывается отдельно: согласие на изображение по ст. 152.1 ГК РФ и согласие на распространение персональных данных по ст. 10.1 Федерального закона № 152-ФЗ. Вписывать их в договор нельзя: с 01.09.2025 согласие оформляется отдельно от иных документов.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3. Родитель отмечает «да» или «нет» в каждой строке и подписывает. Если ребёнку исполнилось 14 лет, подписывает и он сам.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4. Снимайте и публикуйте только то, на что отмечено «да». Ребёнка, родитель которого отказал, не берите в кадр крупным планом и не подписывайте по имени.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5. Не позже чем через три рабочих дня после получения согласия на распространение опубликуйте сведения об условиях и запретах, которые установил родитель (ст. 10.1 № 152-ФЗ). Обычно это страница или раздел на сайте студии.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6. Отзыв согласия на распространение действует с момента получения. Публикации с ребёнком нужно снять не позже чем через три рабочих дня.</w:t>
      </w:r>
    </w:p>
    <w:p>
      <w:pPr>
        <w:spacing w:after="120"/>
      </w:pPr>
      <w:r>
        <w:rPr>
          <w:rFonts w:ascii="Times New Roman" w:hAnsi="Times New Roman"/>
          <w:b w:val="0"/>
          <w:sz w:val="22"/>
        </w:rPr>
        <w:t>7. Храните подписанные листы весь срок действия согласия. Удобно держать скан в карточке ученика.</w:t>
      </w:r>
    </w:p>
    <w:p>
      <w:pPr>
        <w:spacing w:after="0"/>
      </w:pPr>
      <w:r>
        <w:rPr>
          <w:rFonts w:ascii="Times New Roman" w:hAnsi="Times New Roman"/>
          <w:b w:val="0"/>
          <w:sz w:val="20"/>
        </w:rPr>
        <w:t>Шаблон сверен с нормами на 17 октября 2026 года и не является юридической консультацией. Требования к согласию на распространение установлены приказом Роскомнадзора от 24.02.2021 № 18, который действует до 01.09.2027. Свежая версия шаблона: positiv-crm.ru/blog/soglasie-na-foto-i-videosemku-rebenka/</w:t>
      </w:r>
    </w:p>
    <w:p>
      <w:r>
        <w:br w:type="page"/>
      </w:r>
    </w:p>
    <w:p>
      <w:pPr>
        <w:spacing w:after="40"/>
        <w:jc w:val="center"/>
      </w:pPr>
      <w:r>
        <w:rPr>
          <w:rFonts w:ascii="Times New Roman" w:hAnsi="Times New Roman"/>
          <w:b/>
          <w:sz w:val="22"/>
        </w:rPr>
        <w:t>СОГЛАСИЕ на фото- и видеосъёмку ребёнка и использование его изображения</w:t>
      </w:r>
    </w:p>
    <w:p>
      <w:pPr>
        <w:spacing w:after="240"/>
        <w:jc w:val="center"/>
      </w:pPr>
      <w:r>
        <w:rPr>
          <w:rFonts w:ascii="Times New Roman" w:hAnsi="Times New Roman"/>
          <w:b w:val="0"/>
          <w:sz w:val="18"/>
        </w:rPr>
        <w:t>в соответствии со статьёй 152.1 Гражданского кодекса Российской Федерации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Я, ___________________________________________________________________, паспорт серия ______ № __________, выдан ____________________________________ «___» __________ ______ г., адрес регистрации: ___________________________________________________________________, являюсь законным представителем (□ мать  □ отец  □ иной: ______________) ребёнка ___________________________________________, дата рождения «___» __________ ______ г., свидетельство о рождении или паспорт ребёнка серия ______ № __________, выдан ____________________________________. Адрес ребёнка: □ совпадает с моим  □ иной: ______________________________.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 xml:space="preserve">Даю согласие </w:t>
      </w:r>
      <w:r>
        <w:rPr>
          <w:rFonts w:ascii="Times New Roman" w:hAnsi="Times New Roman"/>
          <w:b w:val="0"/>
          <w:sz w:val="22"/>
          <w:highlight w:val="yellow"/>
        </w:rPr>
        <w:t>[ИП Фамилия Имя Отчество или ООО «Название»]</w:t>
      </w:r>
      <w:r>
        <w:rPr>
          <w:rFonts w:ascii="Times New Roman" w:hAnsi="Times New Roman"/>
          <w:b w:val="0"/>
          <w:sz w:val="22"/>
        </w:rPr>
        <w:t xml:space="preserve">, ИНН </w:t>
      </w:r>
      <w:r>
        <w:rPr>
          <w:rFonts w:ascii="Times New Roman" w:hAnsi="Times New Roman"/>
          <w:b w:val="0"/>
          <w:sz w:val="22"/>
          <w:highlight w:val="yellow"/>
        </w:rPr>
        <w:t>[ИНН]</w:t>
      </w:r>
      <w:r>
        <w:rPr>
          <w:rFonts w:ascii="Times New Roman" w:hAnsi="Times New Roman"/>
          <w:b w:val="0"/>
          <w:sz w:val="22"/>
        </w:rPr>
        <w:t xml:space="preserve">, </w:t>
      </w:r>
      <w:r>
        <w:rPr>
          <w:rFonts w:ascii="Times New Roman" w:hAnsi="Times New Roman"/>
          <w:b w:val="0"/>
          <w:sz w:val="22"/>
          <w:highlight w:val="yellow"/>
        </w:rPr>
        <w:t>[ОГРНИП или ОГРН]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  <w:highlight w:val="yellow"/>
        </w:rPr>
        <w:t>[номер]</w:t>
      </w:r>
      <w:r>
        <w:rPr>
          <w:rFonts w:ascii="Times New Roman" w:hAnsi="Times New Roman"/>
          <w:b w:val="0"/>
          <w:sz w:val="22"/>
        </w:rPr>
        <w:t xml:space="preserve">, адрес: </w:t>
      </w:r>
      <w:r>
        <w:rPr>
          <w:rFonts w:ascii="Times New Roman" w:hAnsi="Times New Roman"/>
          <w:b w:val="0"/>
          <w:sz w:val="22"/>
          <w:highlight w:val="yellow"/>
        </w:rPr>
        <w:t>[адрес]</w:t>
      </w:r>
      <w:r>
        <w:rPr>
          <w:rFonts w:ascii="Times New Roman" w:hAnsi="Times New Roman"/>
          <w:b w:val="0"/>
          <w:sz w:val="22"/>
        </w:rPr>
        <w:t>, далее «Студия», на следующее: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1984"/>
      </w:tblGrid>
      <w:tr>
        <w:tc>
          <w:tcPr>
            <w:tcW w:type="dxa" w:w="7654"/>
          </w:tcPr>
          <w:p>
            <w:r>
              <w:rPr>
                <w:rFonts w:ascii="Times New Roman" w:hAnsi="Times New Roman"/>
                <w:b/>
                <w:sz w:val="20"/>
              </w:rPr>
              <w:t>Что разрешаю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/>
                <w:sz w:val="20"/>
              </w:rPr>
              <w:t>Отметьте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Фото- и видеосъёмка ребёнка на занятиях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Фото- и видеосъёмка ребёнка на концертах, выступлениях, открытых уроках и других мероприятиях Студии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Съёмка фотографом или видеооператором, которого Студия пригласила на занятие или мероприятие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Монтаж видео и обработка фото (обрезка, цвет, подписи, соединение с другими кадрами) без искажения внешности ребёнка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Отправка фото и видео в общий чат родителей группы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Публикация фото и видео на страницах Студии в интернете (адреса указаны в отдельном согласии на распространение персональных данных)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Использование фото в печатных материалах Студии: афиши, буклеты, стенды в помещении Студии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Times New Roman" w:hAnsi="Times New Roman"/>
          <w:b w:val="0"/>
          <w:sz w:val="22"/>
        </w:rPr>
        <w:t>Цель: рассказ о занятиях и мероприятиях Студии, информирование родителей и привлечение новых учеников. Студия не использует изображение ребёнка в материалах, которые могут унизить его честь и достоинство, и не передаёт фото и видео другим лицам для их собственного использования. Приглашённый фотограф или видеооператор передаёт отснятое Студии и сам его не публикует.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Согласие действует с даты подписания до «___» ______________ 20___ г.</w:t>
      </w:r>
    </w:p>
    <w:p>
      <w:pPr>
        <w:spacing w:after="240"/>
      </w:pPr>
      <w:r>
        <w:rPr>
          <w:rFonts w:ascii="Times New Roman" w:hAnsi="Times New Roman"/>
          <w:b w:val="0"/>
          <w:sz w:val="22"/>
        </w:rPr>
        <w:t xml:space="preserve">Согласие можно отозвать в любой момент письменным заявлением, переданным в Студию лично или направленным по адресу </w:t>
      </w:r>
      <w:r>
        <w:rPr>
          <w:rFonts w:ascii="Times New Roman" w:hAnsi="Times New Roman"/>
          <w:b w:val="0"/>
          <w:sz w:val="22"/>
          <w:highlight w:val="yellow"/>
        </w:rPr>
        <w:t>[почтовый адрес или e-mail Студии]</w:t>
      </w:r>
      <w:r>
        <w:rPr>
          <w:rFonts w:ascii="Times New Roman" w:hAnsi="Times New Roman"/>
          <w:b w:val="0"/>
          <w:sz w:val="22"/>
        </w:rPr>
        <w:t>. После отзыва Студия прекращает съёмку ребёнка и использование его изображения, а опубликованные ею фото и видео с ребёнком удаляет не позже чем через три рабочих дня. Мне известно, что печатные материалы, выпущенные до отзыва, и копии, сделанные другими людьми, Студия удалить не может.</w:t>
      </w:r>
    </w:p>
    <w:p>
      <w:pPr>
        <w:spacing w:after="200"/>
      </w:pPr>
      <w:r>
        <w:rPr>
          <w:rFonts w:ascii="Times New Roman" w:hAnsi="Times New Roman"/>
          <w:b w:val="0"/>
          <w:sz w:val="22"/>
        </w:rPr>
        <w:t>Подтверждаю, что даю согласие по своей воле и в интересах ребёнка.</w:t>
      </w:r>
    </w:p>
    <w:p>
      <w:pPr>
        <w:spacing w:after="0"/>
      </w:pPr>
      <w:r>
        <w:rPr>
          <w:rFonts w:ascii="Times New Roman" w:hAnsi="Times New Roman"/>
          <w:b w:val="0"/>
          <w:sz w:val="22"/>
        </w:rPr>
        <w:t>________________ / ____________________________ /  «___» __________ 20___ г.</w:t>
      </w:r>
    </w:p>
    <w:p>
      <w:pPr>
        <w:spacing w:after="160"/>
      </w:pPr>
      <w:r>
        <w:rPr>
          <w:rFonts w:ascii="Times New Roman" w:hAnsi="Times New Roman"/>
          <w:b w:val="0"/>
          <w:sz w:val="18"/>
        </w:rPr>
        <w:t>подпись                      ФИО родителя (законного представителя)</w:t>
      </w:r>
    </w:p>
    <w:p>
      <w:pPr>
        <w:spacing w:after="80"/>
      </w:pPr>
      <w:r>
        <w:rPr>
          <w:rFonts w:ascii="Times New Roman" w:hAnsi="Times New Roman"/>
          <w:b w:val="0"/>
          <w:sz w:val="20"/>
        </w:rPr>
        <w:t>Если ребёнку исполнилось 14 лет, согласие подписывает и он сам:</w:t>
      </w:r>
    </w:p>
    <w:p>
      <w:pPr>
        <w:spacing w:after="0"/>
      </w:pPr>
      <w:r>
        <w:rPr>
          <w:rFonts w:ascii="Times New Roman" w:hAnsi="Times New Roman"/>
          <w:b w:val="0"/>
          <w:sz w:val="22"/>
        </w:rPr>
        <w:t>________________ / ____________________________ /  «___» __________ 20___ г.</w:t>
      </w:r>
    </w:p>
    <w:p>
      <w:pPr>
        <w:spacing w:after="160"/>
      </w:pPr>
      <w:r>
        <w:rPr>
          <w:rFonts w:ascii="Times New Roman" w:hAnsi="Times New Roman"/>
          <w:b w:val="0"/>
          <w:sz w:val="18"/>
        </w:rPr>
        <w:t>подпись                      ФИО ребёнка</w:t>
      </w:r>
    </w:p>
    <w:p>
      <w:r>
        <w:br w:type="page"/>
      </w:r>
    </w:p>
    <w:p>
      <w:pPr>
        <w:spacing w:after="40"/>
        <w:jc w:val="center"/>
      </w:pPr>
      <w:r>
        <w:rPr>
          <w:rFonts w:ascii="Times New Roman" w:hAnsi="Times New Roman"/>
          <w:b/>
          <w:sz w:val="22"/>
        </w:rPr>
        <w:t>СОГЛАСИЕ на обработку персональных данных, разрешённых для распространения</w:t>
      </w:r>
    </w:p>
    <w:p>
      <w:pPr>
        <w:spacing w:after="240"/>
        <w:jc w:val="center"/>
      </w:pPr>
      <w:r>
        <w:rPr>
          <w:rFonts w:ascii="Times New Roman" w:hAnsi="Times New Roman"/>
          <w:b w:val="0"/>
          <w:sz w:val="18"/>
        </w:rPr>
        <w:t>в соответствии со статьёй 10.1 Федерального закона от 27.07.2006 № 152-ФЗ «О персональных данных»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Я, ___________________________________________________________________, паспорт серия ______ № __________, выдан ____________________________________ «___» __________ ______ г., адрес регистрации: ___________________________________________________________________, являюсь законным представителем (□ мать  □ отец  □ иной: ______________) ребёнка ___________________________________________, дата рождения «___» __________ ______ г., свидетельство о рождении или паспорт ребёнка серия ______ № __________, выдан ____________________________________. Адрес ребёнка: □ совпадает с моим  □ иной: ______________________________.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Контактный телефон или e-mail: ______________________________________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 xml:space="preserve">Даю согласие оператору </w:t>
      </w:r>
      <w:r>
        <w:rPr>
          <w:rFonts w:ascii="Times New Roman" w:hAnsi="Times New Roman"/>
          <w:b w:val="0"/>
          <w:sz w:val="22"/>
          <w:highlight w:val="yellow"/>
        </w:rPr>
        <w:t>[ИП Фамилия Имя Отчество или ООО «Название»]</w:t>
      </w:r>
      <w:r>
        <w:rPr>
          <w:rFonts w:ascii="Times New Roman" w:hAnsi="Times New Roman"/>
          <w:b w:val="0"/>
          <w:sz w:val="22"/>
        </w:rPr>
        <w:t xml:space="preserve">, ИНН </w:t>
      </w:r>
      <w:r>
        <w:rPr>
          <w:rFonts w:ascii="Times New Roman" w:hAnsi="Times New Roman"/>
          <w:b w:val="0"/>
          <w:sz w:val="22"/>
          <w:highlight w:val="yellow"/>
        </w:rPr>
        <w:t>[ИНН]</w:t>
      </w:r>
      <w:r>
        <w:rPr>
          <w:rFonts w:ascii="Times New Roman" w:hAnsi="Times New Roman"/>
          <w:b w:val="0"/>
          <w:sz w:val="22"/>
        </w:rPr>
        <w:t xml:space="preserve">, </w:t>
      </w:r>
      <w:r>
        <w:rPr>
          <w:rFonts w:ascii="Times New Roman" w:hAnsi="Times New Roman"/>
          <w:b w:val="0"/>
          <w:sz w:val="22"/>
          <w:highlight w:val="yellow"/>
        </w:rPr>
        <w:t>[ОГРНИП или ОГРН]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  <w:highlight w:val="yellow"/>
        </w:rPr>
        <w:t>[номер]</w:t>
      </w:r>
      <w:r>
        <w:rPr>
          <w:rFonts w:ascii="Times New Roman" w:hAnsi="Times New Roman"/>
          <w:b w:val="0"/>
          <w:sz w:val="22"/>
        </w:rPr>
        <w:t xml:space="preserve">, адрес: </w:t>
      </w:r>
      <w:r>
        <w:rPr>
          <w:rFonts w:ascii="Times New Roman" w:hAnsi="Times New Roman"/>
          <w:b w:val="0"/>
          <w:sz w:val="22"/>
          <w:highlight w:val="yellow"/>
        </w:rPr>
        <w:t>[адрес]</w:t>
      </w:r>
      <w:r>
        <w:rPr>
          <w:rFonts w:ascii="Times New Roman" w:hAnsi="Times New Roman"/>
          <w:b w:val="0"/>
          <w:sz w:val="22"/>
        </w:rPr>
        <w:t>, далее «Студия», на распространение персональных данных ребёнка в целях рассказа о занятиях и мероприятиях Студии.</w:t>
      </w:r>
    </w:p>
    <w:p>
      <w:pPr>
        <w:spacing w:after="80"/>
      </w:pPr>
      <w:r>
        <w:rPr>
          <w:rFonts w:ascii="Times New Roman" w:hAnsi="Times New Roman"/>
          <w:b/>
          <w:sz w:val="22"/>
        </w:rPr>
        <w:t>Данные, которые разрешаю распространять: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1984"/>
      </w:tblGrid>
      <w:tr>
        <w:tc>
          <w:tcPr>
            <w:tcW w:type="dxa" w:w="7654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/>
                <w:sz w:val="20"/>
              </w:rPr>
              <w:t>Отметьте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Изображение ребёнка на фото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Изображение и голос ребёнка на видео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Имя ребёнка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Фамилия ребёнка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>Название группы или направления, которое посещает ребёнок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Times New Roman" w:hAnsi="Times New Roman"/>
          <w:b w:val="0"/>
          <w:sz w:val="22"/>
        </w:rPr>
        <w:t>Специальные категории персональных данных и биометрические персональные данные (статьи 10 и 11 № 152-ФЗ) не распространяются.</w:t>
      </w:r>
    </w:p>
    <w:p>
      <w:pPr>
        <w:spacing w:after="80"/>
      </w:pPr>
      <w:r>
        <w:rPr>
          <w:rFonts w:ascii="Times New Roman" w:hAnsi="Times New Roman"/>
          <w:b/>
          <w:sz w:val="22"/>
        </w:rPr>
        <w:t>Где Студия может их публиковать: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654"/>
        <w:gridCol w:w="1984"/>
      </w:tblGrid>
      <w:tr>
        <w:tc>
          <w:tcPr>
            <w:tcW w:type="dxa" w:w="7654"/>
          </w:tcPr>
          <w:p>
            <w:r>
              <w:rPr>
                <w:rFonts w:ascii="Times New Roman" w:hAnsi="Times New Roman"/>
                <w:b/>
                <w:sz w:val="20"/>
              </w:rPr>
              <w:t>Страница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/>
                <w:sz w:val="20"/>
              </w:rPr>
              <w:t>Отметьте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 xml:space="preserve">Сообщество ВКонтакте: </w:t>
            </w:r>
            <w:r>
              <w:rPr>
                <w:rFonts w:ascii="Times New Roman" w:hAnsi="Times New Roman"/>
                <w:b w:val="0"/>
                <w:sz w:val="20"/>
                <w:highlight w:val="yellow"/>
              </w:rPr>
              <w:t>[https://vk.ru/адрес]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 xml:space="preserve">Канал Telegram: </w:t>
            </w:r>
            <w:r>
              <w:rPr>
                <w:rFonts w:ascii="Times New Roman" w:hAnsi="Times New Roman"/>
                <w:b w:val="0"/>
                <w:sz w:val="20"/>
                <w:highlight w:val="yellow"/>
              </w:rPr>
              <w:t>[https://t.me/адрес]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  <w:tr>
        <w:tc>
          <w:tcPr>
            <w:tcW w:type="dxa" w:w="7654"/>
          </w:tcPr>
          <w:p>
            <w:r>
              <w:rPr>
                <w:rFonts w:ascii="Times New Roman" w:hAnsi="Times New Roman"/>
                <w:b w:val="0"/>
                <w:sz w:val="20"/>
              </w:rPr>
              <w:t xml:space="preserve">Сайт Студии: </w:t>
            </w:r>
            <w:r>
              <w:rPr>
                <w:rFonts w:ascii="Times New Roman" w:hAnsi="Times New Roman"/>
                <w:b w:val="0"/>
                <w:sz w:val="20"/>
                <w:highlight w:val="yellow"/>
              </w:rPr>
              <w:t>[https://адрес сайта]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b w:val="0"/>
                <w:sz w:val="20"/>
              </w:rPr>
              <w:t>□ да     □ нет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Times New Roman" w:hAnsi="Times New Roman"/>
          <w:b w:val="0"/>
          <w:sz w:val="22"/>
        </w:rPr>
        <w:t>Условия и запреты на обработку данных неограниченным кругом лиц (заполняется по желанию): __________________________________________________________________________________________________________________________________</w:t>
      </w:r>
    </w:p>
    <w:p>
      <w:pPr>
        <w:spacing w:after="80"/>
      </w:pPr>
      <w:r>
        <w:rPr>
          <w:rFonts w:ascii="Times New Roman" w:hAnsi="Times New Roman"/>
          <w:b w:val="0"/>
          <w:sz w:val="22"/>
        </w:rPr>
        <w:t>Согласие действует с даты подписания до «___» ______________ 20___ г.</w:t>
      </w:r>
    </w:p>
    <w:p>
      <w:pPr>
        <w:spacing w:after="240"/>
      </w:pPr>
      <w:r>
        <w:rPr>
          <w:rFonts w:ascii="Times New Roman" w:hAnsi="Times New Roman"/>
          <w:b w:val="0"/>
          <w:sz w:val="22"/>
        </w:rPr>
        <w:t xml:space="preserve">Требование о прекращении распространения направляется в Студию письменно по адресу </w:t>
      </w:r>
      <w:r>
        <w:rPr>
          <w:rFonts w:ascii="Times New Roman" w:hAnsi="Times New Roman"/>
          <w:b w:val="0"/>
          <w:sz w:val="22"/>
          <w:highlight w:val="yellow"/>
        </w:rPr>
        <w:t>[почтовый адрес или e-mail Студии]</w:t>
      </w:r>
      <w:r>
        <w:rPr>
          <w:rFonts w:ascii="Times New Roman" w:hAnsi="Times New Roman"/>
          <w:b w:val="0"/>
          <w:sz w:val="22"/>
        </w:rPr>
        <w:t>. В нём указываются ФИО, контакты и перечень данных, распространение которых нужно прекратить. Согласие прекращает действие с момента получения требования, а Студия прекращает распространение не позже чем через три рабочих дня.</w:t>
      </w:r>
    </w:p>
    <w:p>
      <w:pPr>
        <w:spacing w:after="200"/>
      </w:pPr>
      <w:r>
        <w:rPr>
          <w:rFonts w:ascii="Times New Roman" w:hAnsi="Times New Roman"/>
          <w:b w:val="0"/>
          <w:sz w:val="22"/>
        </w:rPr>
        <w:t>Подтверждаю, что даю согласие по своей воле и в интересах ребёнка.</w:t>
      </w:r>
    </w:p>
    <w:p>
      <w:pPr>
        <w:spacing w:after="0"/>
      </w:pPr>
      <w:r>
        <w:rPr>
          <w:rFonts w:ascii="Times New Roman" w:hAnsi="Times New Roman"/>
          <w:b w:val="0"/>
          <w:sz w:val="22"/>
        </w:rPr>
        <w:t>________________ / ____________________________ /  «___» __________ 20___ г.</w:t>
      </w:r>
    </w:p>
    <w:p>
      <w:pPr>
        <w:spacing w:after="160"/>
      </w:pPr>
      <w:r>
        <w:rPr>
          <w:rFonts w:ascii="Times New Roman" w:hAnsi="Times New Roman"/>
          <w:b w:val="0"/>
          <w:sz w:val="18"/>
        </w:rPr>
        <w:t>подпись                      ФИО родителя (законного представителя)</w:t>
      </w:r>
    </w:p>
    <w:p>
      <w:pPr>
        <w:spacing w:after="80"/>
      </w:pPr>
      <w:r>
        <w:rPr>
          <w:rFonts w:ascii="Times New Roman" w:hAnsi="Times New Roman"/>
          <w:b w:val="0"/>
          <w:sz w:val="20"/>
        </w:rPr>
        <w:t>Если ребёнку исполнилось 14 лет, согласие подписывает и он сам:</w:t>
      </w:r>
    </w:p>
    <w:p>
      <w:pPr>
        <w:spacing w:after="0"/>
      </w:pPr>
      <w:r>
        <w:rPr>
          <w:rFonts w:ascii="Times New Roman" w:hAnsi="Times New Roman"/>
          <w:b w:val="0"/>
          <w:sz w:val="22"/>
        </w:rPr>
        <w:t>________________ / ____________________________ /  «___» __________ 20___ г.</w:t>
      </w:r>
    </w:p>
    <w:p>
      <w:pPr>
        <w:spacing w:after="160"/>
      </w:pPr>
      <w:r>
        <w:rPr>
          <w:rFonts w:ascii="Times New Roman" w:hAnsi="Times New Roman"/>
          <w:b w:val="0"/>
          <w:sz w:val="18"/>
        </w:rPr>
        <w:t>подпись                      ФИО ребёнка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фото- и видеосъёмку ребёнка</dc:title>
  <dc:subject/>
  <dc:creator>Позитив CRM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